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0"/>
        </w:rPr>
        <w:t>Zgłoszenie cyberprzemocy do szkoły</w:t>
      </w:r>
    </w:p>
    <w:p>
      <w:pPr>
        <w:spacing w:after="280"/>
      </w:pPr>
      <w:r>
        <w:rPr>
          <w:color w:val="6E6E78"/>
          <w:sz w:val="19"/>
        </w:rPr>
        <w:t>Pismo rodzica albo opiekuna do dyrekcji szkoły</w:t>
      </w:r>
    </w:p>
    <w:p>
      <w:r>
        <w:rPr>
          <w:b/>
        </w:rPr>
        <w:t xml:space="preserve">Miejscowość i data: </w:t>
      </w:r>
      <w:r>
        <w:rPr>
          <w:color w:val="6E6E78"/>
        </w:rPr>
        <w:t>[uzupełnić]</w:t>
      </w:r>
    </w:p>
    <w:p>
      <w:r>
        <w:rPr>
          <w:b/>
        </w:rPr>
        <w:t xml:space="preserve">Dane rodzica albo opiekuna: </w:t>
      </w:r>
      <w:r>
        <w:rPr>
          <w:color w:val="6E6E78"/>
        </w:rPr>
        <w:t>[uzupełnić]</w:t>
      </w:r>
    </w:p>
    <w:p>
      <w:r>
        <w:rPr>
          <w:b/>
        </w:rPr>
        <w:t xml:space="preserve">Dane szkoły: </w:t>
      </w:r>
      <w:r>
        <w:rPr>
          <w:color w:val="6E6E78"/>
        </w:rPr>
        <w:t>[uzupełnić]</w:t>
      </w:r>
    </w:p>
    <w:p>
      <w:pPr>
        <w:spacing w:before="240" w:after="80"/>
      </w:pPr>
      <w:r>
        <w:rPr>
          <w:b/>
          <w:color w:val="D22730"/>
          <w:sz w:val="18"/>
        </w:rPr>
        <w:t>TREŚĆ ZGŁOSZENIA</w:t>
      </w:r>
    </w:p>
    <w:p>
      <w:r>
        <w:t>Zgłaszam, że moje dziecko doświadcza przemocy z użyciem internetu ze strony osób z jego otoczenia szkolnego, i proszę o podjęcie działań przewidzianych w procedurach obowiązujących w szkole.</w:t>
      </w:r>
    </w:p>
    <w:p>
      <w:r>
        <w:rPr>
          <w:b/>
        </w:rPr>
        <w:t xml:space="preserve">Imię i nazwisko dziecka oraz klasa: </w:t>
      </w:r>
      <w:r>
        <w:rPr>
          <w:color w:val="6E6E78"/>
        </w:rPr>
        <w:t>[uzupełnić]</w:t>
      </w:r>
    </w:p>
    <w:p>
      <w:pPr>
        <w:spacing w:before="240" w:after="80"/>
      </w:pPr>
      <w:r>
        <w:rPr>
          <w:b/>
          <w:color w:val="D22730"/>
          <w:sz w:val="18"/>
        </w:rPr>
        <w:t>OPIS SYTUACJI</w:t>
      </w:r>
    </w:p>
    <w:p>
      <w:r>
        <w:t>[Opisać, co się dzieje, od kiedy, w jakich serwisach albo komunikatorach, jak często i jakie są skutki widoczne w zachowaniu dziecka. Bez wskazywania winy konkretnych uczniów, jeżeli nie ma pewności co do ich udziału.]</w:t>
      </w:r>
    </w:p>
    <w:p>
      <w:pPr>
        <w:spacing w:before="240" w:after="80"/>
      </w:pPr>
      <w:r>
        <w:rPr>
          <w:b/>
          <w:color w:val="D22730"/>
          <w:sz w:val="18"/>
        </w:rPr>
        <w:t>PROŚBY</w:t>
      </w:r>
    </w:p>
    <w:p>
      <w:pPr>
        <w:pStyle w:val="ListBullet"/>
        <w:spacing w:after="60"/>
      </w:pPr>
      <w:r>
        <w:t>ustalenie okoliczności zgodnie z procedurą reagowania obowiązującą w szkole,</w:t>
      </w:r>
    </w:p>
    <w:p>
      <w:pPr>
        <w:pStyle w:val="ListBullet"/>
        <w:spacing w:after="60"/>
      </w:pPr>
      <w:r>
        <w:t>objęcie dziecka wsparciem psychologiczno-pedagogicznym,</w:t>
      </w:r>
    </w:p>
    <w:p>
      <w:pPr>
        <w:pStyle w:val="ListBullet"/>
        <w:spacing w:after="60"/>
      </w:pPr>
      <w:r>
        <w:t>poinformowanie mnie o podjętych działaniach,</w:t>
      </w:r>
    </w:p>
    <w:p>
      <w:pPr>
        <w:pStyle w:val="ListBullet"/>
        <w:spacing w:after="60"/>
      </w:pPr>
      <w:r>
        <w:t>podjęcie działań wobec klasy, bez wskazywania mojego dziecka jako osoby zgłaszającej.</w:t>
      </w:r>
    </w:p>
    <w:p>
      <w:pPr>
        <w:spacing w:before="240" w:after="80"/>
      </w:pPr>
      <w:r>
        <w:rPr>
          <w:b/>
          <w:color w:val="D22730"/>
          <w:sz w:val="18"/>
        </w:rPr>
        <w:t>ZAŁĄCZNIKI</w:t>
      </w:r>
    </w:p>
    <w:p>
      <w:r>
        <w:t>[Zrzuty ekranu z widocznym adresem i datą, zestawienie zdarzeń.]</w:t>
      </w:r>
    </w:p>
    <w:p>
      <w:r>
        <w:rPr>
          <w:b/>
        </w:rPr>
        <w:t xml:space="preserve">Podpis: </w:t>
      </w:r>
      <w:r>
        <w:rPr>
          <w:color w:val="6E6E78"/>
        </w:rPr>
        <w:t>[uzupełnić]</w:t>
      </w:r>
    </w:p>
    <w:p>
      <w:pPr>
        <w:spacing w:before="240" w:after="80"/>
      </w:pPr>
      <w:r>
        <w:rPr>
          <w:b/>
          <w:color w:val="D22730"/>
          <w:sz w:val="18"/>
        </w:rPr>
        <w:t>O CZYM PAMIĘTAĆ PRZY TYM PIŚMIE</w:t>
      </w:r>
    </w:p>
    <w:p>
      <w:pPr>
        <w:pStyle w:val="ListBullet"/>
        <w:spacing w:after="80"/>
      </w:pPr>
      <w:r>
        <w:rPr>
          <w:sz w:val="19"/>
        </w:rPr>
        <w:t>Szkoła ma obowiązek reagować na przemoc rówieśniczą także wtedy, gdy dzieje się poza jej terenem, a wpływa na sytuację ucznia w szkole.</w:t>
      </w:r>
    </w:p>
    <w:p>
      <w:pPr>
        <w:pStyle w:val="ListBullet"/>
        <w:spacing w:after="80"/>
      </w:pPr>
      <w:r>
        <w:rPr>
          <w:sz w:val="19"/>
        </w:rPr>
        <w:t>Warto poprosić o pisemną informację o podjętych działaniach i zachować kopię pisma.</w:t>
      </w:r>
    </w:p>
    <w:p>
      <w:pPr>
        <w:pStyle w:val="ListBullet"/>
        <w:spacing w:after="80"/>
      </w:pPr>
      <w:r>
        <w:rPr>
          <w:sz w:val="19"/>
        </w:rPr>
        <w:t>Przy groźbach, szantażu i treściach intymnych równolegle warto złożyć zawiadomienie na Policję.</w:t>
      </w:r>
    </w:p>
    <w:p>
      <w:pPr>
        <w:spacing w:before="280"/>
      </w:pPr>
      <w:r>
        <w:rPr>
          <w:color w:val="6E6E78"/>
          <w:sz w:val="16"/>
        </w:rPr>
        <w:t>Wzór przygotowany przez Fundację Usuwanie Hejtu · usuwaniehejtu.pl · infolinia 222 900 142. Wzór nie zastępuje porady prawnej w konkretnej sprawie.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