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D22730"/>
          <w:sz w:val="18"/>
        </w:rPr>
        <w:t>FUNDACJA USUWANIE HEJTU</w:t>
      </w:r>
    </w:p>
    <w:p>
      <w:pPr>
        <w:spacing w:after="80"/>
      </w:pPr>
      <w:r>
        <w:rPr>
          <w:b/>
          <w:sz w:val="32"/>
        </w:rPr>
        <w:t>Zgoda rodzica na udział w warsztatach</w:t>
      </w:r>
    </w:p>
    <w:p>
      <w:pPr>
        <w:spacing w:after="280"/>
      </w:pPr>
      <w:r>
        <w:rPr>
          <w:color w:val="6E6E78"/>
          <w:sz w:val="19"/>
        </w:rPr>
        <w:t>Wzór do wykorzystania przez placówkę</w:t>
      </w:r>
    </w:p>
    <w:p>
      <w:r>
        <w:rPr>
          <w:b/>
        </w:rPr>
        <w:t xml:space="preserve">Imię i nazwisko dziecka: </w:t>
      </w:r>
      <w:r>
        <w:rPr>
          <w:color w:val="6E6E78"/>
        </w:rPr>
        <w:t>[uzupełnić]</w:t>
      </w:r>
    </w:p>
    <w:p>
      <w:r>
        <w:rPr>
          <w:b/>
        </w:rPr>
        <w:t xml:space="preserve">Klasa: </w:t>
      </w:r>
      <w:r>
        <w:rPr>
          <w:color w:val="6E6E78"/>
        </w:rPr>
        <w:t>[uzupełnić]</w:t>
      </w:r>
    </w:p>
    <w:p>
      <w:r>
        <w:rPr>
          <w:b/>
        </w:rPr>
        <w:t xml:space="preserve">Imię i nazwisko rodzica albo opiekuna: </w:t>
      </w:r>
      <w:r>
        <w:rPr>
          <w:color w:val="6E6E78"/>
        </w:rPr>
        <w:t>[uzupełnić]</w:t>
      </w:r>
    </w:p>
    <w:p>
      <w:r>
        <w:rPr>
          <w:b/>
        </w:rPr>
        <w:t xml:space="preserve">Numer telefonu do kontaktu: </w:t>
      </w:r>
      <w:r>
        <w:rPr>
          <w:color w:val="6E6E78"/>
        </w:rPr>
        <w:t>[uzupełnić]</w:t>
      </w:r>
    </w:p>
    <w:p>
      <w:pPr>
        <w:spacing w:before="260" w:after="80"/>
      </w:pPr>
      <w:r>
        <w:rPr>
          <w:b/>
          <w:color w:val="D22730"/>
          <w:sz w:val="18"/>
        </w:rPr>
        <w:t>TREŚĆ ZGODY</w:t>
      </w:r>
    </w:p>
    <w:p>
      <w:r>
        <w:t>Wyrażam zgodę na udział mojego dziecka w warsztatach dotyczących bezpieczeństwa w internecie, reagowania na przemoc w sieci oraz ochrony prywatności, organizowanych przez placówkę.</w:t>
      </w:r>
    </w:p>
    <w:p>
      <w:pPr>
        <w:pStyle w:val="ListBullet"/>
        <w:spacing w:after="60"/>
      </w:pPr>
      <w:r>
        <w:rPr>
          <w:sz w:val="20"/>
        </w:rPr>
        <w:t>Zapoznałam się / zapoznałem się z tematyką zajęć.</w:t>
      </w:r>
    </w:p>
    <w:p>
      <w:pPr>
        <w:pStyle w:val="ListBullet"/>
        <w:spacing w:after="60"/>
      </w:pPr>
      <w:r>
        <w:rPr>
          <w:sz w:val="20"/>
        </w:rPr>
        <w:t>Wiem, że w trakcie zajęć nie są omawiane sprawy indywidualne uczniów.</w:t>
      </w:r>
    </w:p>
    <w:p>
      <w:pPr>
        <w:pStyle w:val="ListBullet"/>
        <w:spacing w:after="60"/>
      </w:pPr>
      <w:r>
        <w:rPr>
          <w:sz w:val="20"/>
        </w:rPr>
        <w:t>Wiem, że mogę wycofać zgodę w każdej chwili, informując o tym wychowawcę.</w:t>
      </w:r>
    </w:p>
    <w:p>
      <w:pPr>
        <w:spacing w:before="260" w:after="80"/>
      </w:pPr>
      <w:r>
        <w:rPr>
          <w:b/>
          <w:color w:val="D22730"/>
          <w:sz w:val="18"/>
        </w:rPr>
        <w:t>WIZERUNEK</w:t>
      </w:r>
    </w:p>
    <w:p>
      <w:r>
        <w:t>Odrębnie oświadczam w sprawie wizerunku dziecka:</w:t>
      </w:r>
    </w:p>
    <w:p>
      <w:pPr>
        <w:pStyle w:val="ListBullet"/>
        <w:spacing w:after="60"/>
      </w:pPr>
      <w:r>
        <w:rPr>
          <w:sz w:val="20"/>
        </w:rPr>
        <w:t>Wyrażam zgodę na wykonanie zdjęć z zajęć i ich publikację na stronie placówki. TAK / NIE</w:t>
      </w:r>
    </w:p>
    <w:p>
      <w:pPr>
        <w:pStyle w:val="ListBullet"/>
        <w:spacing w:after="60"/>
      </w:pPr>
      <w:r>
        <w:rPr>
          <w:sz w:val="20"/>
        </w:rPr>
        <w:t>Wyrażam zgodę na przekazanie zdjęć organizatorowi zajęć. TAK / NIE</w:t>
      </w:r>
    </w:p>
    <w:p>
      <w:r>
        <w:rPr>
          <w:b/>
        </w:rPr>
        <w:t xml:space="preserve">Data i podpis rodzica albo opiekuna: </w:t>
      </w:r>
      <w:r>
        <w:rPr>
          <w:color w:val="6E6E78"/>
        </w:rPr>
        <w:t>[uzupełnić]</w:t>
      </w:r>
    </w:p>
    <w:p>
      <w:pPr>
        <w:spacing w:before="260" w:after="80"/>
      </w:pPr>
      <w:r>
        <w:rPr>
          <w:b/>
          <w:color w:val="D22730"/>
          <w:sz w:val="18"/>
        </w:rPr>
        <w:t>O CZYM PAMIĘTAĆ</w:t>
      </w:r>
    </w:p>
    <w:p>
      <w:pPr>
        <w:pStyle w:val="ListBullet"/>
        <w:spacing w:after="60"/>
      </w:pPr>
      <w:r>
        <w:rPr>
          <w:sz w:val="19"/>
        </w:rPr>
        <w:t>Zgoda na udział w zajęciach i zgoda na wykorzystanie wizerunku to dwie odrębne zgody.</w:t>
      </w:r>
    </w:p>
    <w:p>
      <w:pPr>
        <w:pStyle w:val="ListBullet"/>
        <w:spacing w:after="60"/>
      </w:pPr>
      <w:r>
        <w:rPr>
          <w:sz w:val="19"/>
        </w:rPr>
        <w:t>Brak zgody na wizerunek nie może ograniczać udziału dziecka w zajęciach.</w:t>
      </w:r>
    </w:p>
    <w:p>
      <w:pPr>
        <w:spacing w:before="320"/>
      </w:pPr>
      <w:r>
        <w:rPr>
          <w:color w:val="6E6E78"/>
          <w:sz w:val="16"/>
        </w:rPr>
        <w:t>Dokument przygotowany przez Fundację Usuwanie Hejtu · usuwaniehejtu.pl · infolinia 222 900 142 · media@usuwaniehejtu.pl. Wsparcie działań Fundacji: usuwaniehejtu.pl/wesprzyj. Odbiorca: Fundacja Usuwanie Hejtu, rachunek 42 1600 1462 1783 5776 0000 0002, tytuł przelewu: Darowizna.</w:t>
      </w:r>
    </w:p>
    <w:sectPr w:rsidR="00FC693F" w:rsidRPr="0006063C" w:rsidSect="00034616">
      <w:pgSz w:w="11906" w:h="16838"/>
      <w:pgMar w:top="1247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93" w:lineRule="auto"/>
    </w:pPr>
    <w:rPr>
      <w:rFonts w:ascii="Arial" w:hAnsi="Arial"/>
      <w:color w:val="12121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